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EED8" w14:textId="28274BCE" w:rsidR="00256A41" w:rsidRDefault="00256A41"/>
    <w:p w14:paraId="461E80AD" w14:textId="1B3B4E2F" w:rsidR="00211443" w:rsidRDefault="00211443" w:rsidP="00211443">
      <w:pPr>
        <w:pStyle w:val="Title"/>
        <w:jc w:val="center"/>
        <w:rPr>
          <w:lang w:eastAsia="zh-CN"/>
        </w:rPr>
      </w:pPr>
      <w:r w:rsidRPr="00554778">
        <w:rPr>
          <w:noProof/>
        </w:rPr>
        <w:drawing>
          <wp:inline distT="0" distB="0" distL="0" distR="0" wp14:anchorId="4D3312AD" wp14:editId="3B605A21">
            <wp:extent cx="5080000" cy="2082800"/>
            <wp:effectExtent l="0" t="0" r="0" b="0"/>
            <wp:docPr id="742462265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62265" name="Picture 1" descr="A close up of a logo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AE89" w14:textId="2E3F1BE9" w:rsidR="00256A41" w:rsidRDefault="00000000" w:rsidP="00A67C4D">
      <w:pPr>
        <w:pStyle w:val="Title"/>
        <w:jc w:val="center"/>
        <w:rPr>
          <w:lang w:eastAsia="zh-CN"/>
        </w:rPr>
      </w:pPr>
      <w:r>
        <w:rPr>
          <w:lang w:eastAsia="zh-CN"/>
        </w:rPr>
        <w:t xml:space="preserve">🌟 </w:t>
      </w:r>
      <w:r>
        <w:rPr>
          <w:lang w:eastAsia="zh-CN"/>
        </w:rPr>
        <w:t>庆祝</w:t>
      </w:r>
      <w:r>
        <w:rPr>
          <w:lang w:eastAsia="zh-CN"/>
        </w:rPr>
        <w:t xml:space="preserve"> WECAN </w:t>
      </w:r>
      <w:r>
        <w:rPr>
          <w:lang w:eastAsia="zh-CN"/>
        </w:rPr>
        <w:t>十周年</w:t>
      </w:r>
      <w:r>
        <w:rPr>
          <w:lang w:eastAsia="zh-CN"/>
        </w:rPr>
        <w:t xml:space="preserve"> —— </w:t>
      </w:r>
      <w:r>
        <w:rPr>
          <w:lang w:eastAsia="zh-CN"/>
        </w:rPr>
        <w:t>参与我们的徽标设计活动！</w:t>
      </w:r>
      <w:r>
        <w:rPr>
          <w:lang w:eastAsia="zh-CN"/>
        </w:rPr>
        <w:t>🌟</w:t>
      </w:r>
    </w:p>
    <w:p w14:paraId="43517DFC" w14:textId="77777777" w:rsidR="00256A41" w:rsidRDefault="00000000">
      <w:pPr>
        <w:rPr>
          <w:lang w:eastAsia="zh-CN"/>
        </w:rPr>
      </w:pPr>
      <w:r>
        <w:rPr>
          <w:lang w:eastAsia="zh-CN"/>
        </w:rPr>
        <w:t>致威尔斯利社区的一封特别邀请</w:t>
      </w:r>
    </w:p>
    <w:p w14:paraId="285AF993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2026 </w:t>
      </w:r>
      <w:r>
        <w:rPr>
          <w:lang w:eastAsia="zh-CN"/>
        </w:rPr>
        <w:t>年即将到来，我们即将迎来一个重要的里程碑</w:t>
      </w:r>
      <w:r>
        <w:rPr>
          <w:lang w:eastAsia="zh-CN"/>
        </w:rPr>
        <w:t xml:space="preserve"> —— </w:t>
      </w:r>
      <w:r>
        <w:rPr>
          <w:lang w:eastAsia="zh-CN"/>
        </w:rPr>
        <w:t>威尔斯利华人网络（</w:t>
      </w:r>
      <w:r>
        <w:rPr>
          <w:lang w:eastAsia="zh-CN"/>
        </w:rPr>
        <w:t>WECAN</w:t>
      </w:r>
      <w:r>
        <w:rPr>
          <w:lang w:eastAsia="zh-CN"/>
        </w:rPr>
        <w:t>）成立十周年。</w:t>
      </w:r>
      <w:r>
        <w:rPr>
          <w:lang w:eastAsia="zh-CN"/>
        </w:rPr>
        <w:t xml:space="preserve">WECAN </w:t>
      </w:r>
      <w:r>
        <w:rPr>
          <w:lang w:eastAsia="zh-CN"/>
        </w:rPr>
        <w:t>成立于</w:t>
      </w:r>
      <w:r>
        <w:rPr>
          <w:lang w:eastAsia="zh-CN"/>
        </w:rPr>
        <w:t xml:space="preserve"> 2016 </w:t>
      </w:r>
      <w:r>
        <w:rPr>
          <w:lang w:eastAsia="zh-CN"/>
        </w:rPr>
        <w:t>年，始终致力于营造一个富有社区感、文化交流与联结的空间。尽管在新冠疫情期间活动暂停，我们很高兴地宣布：</w:t>
      </w:r>
      <w:r>
        <w:rPr>
          <w:lang w:eastAsia="zh-CN"/>
        </w:rPr>
        <w:t xml:space="preserve">WECAN </w:t>
      </w:r>
      <w:r>
        <w:rPr>
          <w:lang w:eastAsia="zh-CN"/>
        </w:rPr>
        <w:t>即将重启</w:t>
      </w:r>
      <w:r>
        <w:rPr>
          <w:lang w:eastAsia="zh-CN"/>
        </w:rPr>
        <w:t xml:space="preserve"> —— </w:t>
      </w:r>
      <w:r>
        <w:rPr>
          <w:lang w:eastAsia="zh-CN"/>
        </w:rPr>
        <w:t>焕新归来，重拾联结！</w:t>
      </w:r>
    </w:p>
    <w:p w14:paraId="45254BC0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🎨 </w:t>
      </w:r>
      <w:r>
        <w:rPr>
          <w:lang w:eastAsia="zh-CN"/>
        </w:rPr>
        <w:t>徽标设计征集</w:t>
      </w:r>
    </w:p>
    <w:p w14:paraId="42D7EC4D" w14:textId="77777777" w:rsidR="00256A41" w:rsidRDefault="00000000">
      <w:pPr>
        <w:rPr>
          <w:lang w:eastAsia="zh-CN"/>
        </w:rPr>
      </w:pPr>
      <w:r>
        <w:rPr>
          <w:lang w:eastAsia="zh-CN"/>
        </w:rPr>
        <w:t>为庆祝这个特殊时刻，我们正式发起徽标设计征集活动，期待您的参与！无论您是专业设计师、学生、爱好者，或是热爱我们社区的朋友，都欢迎您为</w:t>
      </w:r>
      <w:r>
        <w:rPr>
          <w:lang w:eastAsia="zh-CN"/>
        </w:rPr>
        <w:t xml:space="preserve"> WECAN </w:t>
      </w:r>
      <w:r>
        <w:rPr>
          <w:lang w:eastAsia="zh-CN"/>
        </w:rPr>
        <w:t>设计一个代表未来十年的新徽标。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获胜设计将成为</w:t>
      </w:r>
      <w:r>
        <w:rPr>
          <w:lang w:eastAsia="zh-CN"/>
        </w:rPr>
        <w:t xml:space="preserve"> WECAN </w:t>
      </w:r>
      <w:r>
        <w:rPr>
          <w:lang w:eastAsia="zh-CN"/>
        </w:rPr>
        <w:t>的官方徽标，代表我们的核心价值观：社区、包容、文化、沟通、参与、支持、独立与赋权。</w:t>
      </w:r>
    </w:p>
    <w:p w14:paraId="709120DC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🏆 </w:t>
      </w:r>
      <w:r>
        <w:rPr>
          <w:lang w:eastAsia="zh-CN"/>
        </w:rPr>
        <w:t>奖励与表彰</w:t>
      </w:r>
    </w:p>
    <w:p w14:paraId="0AA67E6D" w14:textId="77777777" w:rsidR="00256A41" w:rsidRDefault="00000000">
      <w:pPr>
        <w:rPr>
          <w:lang w:eastAsia="zh-CN"/>
        </w:rPr>
      </w:pPr>
      <w:r>
        <w:rPr>
          <w:lang w:eastAsia="zh-CN"/>
        </w:rPr>
        <w:lastRenderedPageBreak/>
        <w:t>一等奖：作品将被采用为官方徽标</w:t>
      </w:r>
      <w:r>
        <w:rPr>
          <w:lang w:eastAsia="zh-CN"/>
        </w:rPr>
        <w:t xml:space="preserve"> + </w:t>
      </w:r>
      <w:r>
        <w:rPr>
          <w:lang w:eastAsia="zh-CN"/>
        </w:rPr>
        <w:t>神秘奖品</w:t>
      </w:r>
      <w:r>
        <w:rPr>
          <w:lang w:eastAsia="zh-CN"/>
        </w:rPr>
        <w:t xml:space="preserve"> + 10 </w:t>
      </w:r>
      <w:r>
        <w:rPr>
          <w:lang w:eastAsia="zh-CN"/>
        </w:rPr>
        <w:t>个志愿服务时数</w:t>
      </w:r>
      <w:r>
        <w:rPr>
          <w:lang w:eastAsia="zh-CN"/>
        </w:rPr>
        <w:br/>
      </w:r>
      <w:r>
        <w:rPr>
          <w:lang w:eastAsia="zh-CN"/>
        </w:rPr>
        <w:t>二等奖：神秘奖品</w:t>
      </w:r>
      <w:r>
        <w:rPr>
          <w:lang w:eastAsia="zh-CN"/>
        </w:rPr>
        <w:t xml:space="preserve"> + 8 </w:t>
      </w:r>
      <w:r>
        <w:rPr>
          <w:lang w:eastAsia="zh-CN"/>
        </w:rPr>
        <w:t>个志愿服务时数</w:t>
      </w:r>
      <w:r>
        <w:rPr>
          <w:lang w:eastAsia="zh-CN"/>
        </w:rPr>
        <w:br/>
      </w:r>
      <w:r>
        <w:rPr>
          <w:lang w:eastAsia="zh-CN"/>
        </w:rPr>
        <w:t>三等奖：神秘奖品</w:t>
      </w:r>
      <w:r>
        <w:rPr>
          <w:lang w:eastAsia="zh-CN"/>
        </w:rPr>
        <w:t xml:space="preserve"> + 5 </w:t>
      </w:r>
      <w:r>
        <w:rPr>
          <w:lang w:eastAsia="zh-CN"/>
        </w:rPr>
        <w:t>个志愿服务时数</w:t>
      </w:r>
      <w:r>
        <w:rPr>
          <w:lang w:eastAsia="zh-CN"/>
        </w:rPr>
        <w:br/>
      </w:r>
      <w:r>
        <w:rPr>
          <w:lang w:eastAsia="zh-CN"/>
        </w:rPr>
        <w:t>所有入围者将在我们的网站及庆典活动中获得表彰。</w:t>
      </w:r>
    </w:p>
    <w:p w14:paraId="304CE1A8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📌 </w:t>
      </w:r>
      <w:r>
        <w:rPr>
          <w:lang w:eastAsia="zh-CN"/>
        </w:rPr>
        <w:t>提交要求</w:t>
      </w:r>
    </w:p>
    <w:p w14:paraId="1079BD81" w14:textId="67C4C3C3" w:rsidR="00256A41" w:rsidRDefault="00000000">
      <w:pPr>
        <w:rPr>
          <w:lang w:eastAsia="zh-CN"/>
        </w:rPr>
      </w:pPr>
      <w:r>
        <w:rPr>
          <w:lang w:eastAsia="zh-CN"/>
        </w:rPr>
        <w:t xml:space="preserve">• </w:t>
      </w:r>
      <w:r>
        <w:rPr>
          <w:lang w:eastAsia="zh-CN"/>
        </w:rPr>
        <w:t>作品必须原创并体现</w:t>
      </w:r>
      <w:r>
        <w:rPr>
          <w:lang w:eastAsia="zh-CN"/>
        </w:rPr>
        <w:t xml:space="preserve"> WECAN </w:t>
      </w:r>
      <w:r>
        <w:rPr>
          <w:lang w:eastAsia="zh-CN"/>
        </w:rPr>
        <w:t>的使命与价值观。</w:t>
      </w:r>
      <w:r>
        <w:rPr>
          <w:lang w:eastAsia="zh-CN"/>
        </w:rPr>
        <w:br/>
      </w:r>
      <w:r>
        <w:t xml:space="preserve">• </w:t>
      </w:r>
      <w:proofErr w:type="spellStart"/>
      <w:r>
        <w:t>文件格式支持</w:t>
      </w:r>
      <w:proofErr w:type="spellEnd"/>
      <w:r>
        <w:t xml:space="preserve"> PNG</w:t>
      </w:r>
      <w:r>
        <w:t>、</w:t>
      </w:r>
      <w:r>
        <w:t xml:space="preserve">JPG </w:t>
      </w:r>
      <w:r>
        <w:t>或</w:t>
      </w:r>
      <w:r>
        <w:t xml:space="preserve"> </w:t>
      </w:r>
      <w:proofErr w:type="spellStart"/>
      <w:r>
        <w:t>PDF</w:t>
      </w:r>
      <w:r>
        <w:t>，高分辨率</w:t>
      </w:r>
      <w:proofErr w:type="spellEnd"/>
      <w:r>
        <w:t>。</w:t>
      </w:r>
      <w:r>
        <w:br/>
      </w:r>
      <w:r>
        <w:rPr>
          <w:lang w:eastAsia="zh-CN"/>
        </w:rPr>
        <w:t xml:space="preserve">• </w:t>
      </w:r>
      <w:r>
        <w:rPr>
          <w:lang w:eastAsia="zh-CN"/>
        </w:rPr>
        <w:t>可选项：附上简短说明（</w:t>
      </w:r>
      <w:r>
        <w:rPr>
          <w:lang w:eastAsia="zh-CN"/>
        </w:rPr>
        <w:t xml:space="preserve">50–100 </w:t>
      </w:r>
      <w:r>
        <w:rPr>
          <w:lang w:eastAsia="zh-CN"/>
        </w:rPr>
        <w:t>字）阐述设计理念。</w:t>
      </w:r>
      <w:r>
        <w:rPr>
          <w:lang w:eastAsia="zh-CN"/>
        </w:rPr>
        <w:br/>
        <w:t xml:space="preserve">• </w:t>
      </w:r>
      <w:r>
        <w:rPr>
          <w:lang w:eastAsia="zh-CN"/>
        </w:rPr>
        <w:t>每人限提交一件作品。</w:t>
      </w:r>
      <w:r>
        <w:rPr>
          <w:lang w:eastAsia="zh-CN"/>
        </w:rPr>
        <w:br/>
        <w:t xml:space="preserve">• </w:t>
      </w:r>
      <w:r>
        <w:rPr>
          <w:lang w:eastAsia="zh-CN"/>
        </w:rPr>
        <w:t>截止日期：</w:t>
      </w:r>
      <w:r>
        <w:rPr>
          <w:lang w:eastAsia="zh-CN"/>
        </w:rPr>
        <w:t xml:space="preserve">2026 </w:t>
      </w:r>
      <w:r>
        <w:rPr>
          <w:lang w:eastAsia="zh-CN"/>
        </w:rPr>
        <w:t>年</w:t>
      </w:r>
      <w:r>
        <w:rPr>
          <w:lang w:eastAsia="zh-CN"/>
        </w:rPr>
        <w:t xml:space="preserve"> </w:t>
      </w:r>
      <w:r w:rsidR="00A67C4D">
        <w:rPr>
          <w:rFonts w:hint="eastAsia"/>
          <w:lang w:eastAsia="zh-CN"/>
        </w:rPr>
        <w:t>2</w:t>
      </w:r>
      <w:r>
        <w:rPr>
          <w:lang w:eastAsia="zh-CN"/>
        </w:rPr>
        <w:t xml:space="preserve"> </w:t>
      </w:r>
      <w:r>
        <w:rPr>
          <w:lang w:eastAsia="zh-CN"/>
        </w:rPr>
        <w:t>月</w:t>
      </w:r>
      <w:r>
        <w:rPr>
          <w:lang w:eastAsia="zh-CN"/>
        </w:rPr>
        <w:t xml:space="preserve"> 1 </w:t>
      </w:r>
      <w:r>
        <w:rPr>
          <w:lang w:eastAsia="zh-CN"/>
        </w:rPr>
        <w:t>日</w:t>
      </w:r>
    </w:p>
    <w:p w14:paraId="2967BEAE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✅ </w:t>
      </w:r>
      <w:r>
        <w:rPr>
          <w:lang w:eastAsia="zh-CN"/>
        </w:rPr>
        <w:t>如何提交</w:t>
      </w:r>
    </w:p>
    <w:p w14:paraId="0C0AD143" w14:textId="7BDA751C" w:rsidR="00256A41" w:rsidRDefault="00000000">
      <w:pPr>
        <w:rPr>
          <w:lang w:eastAsia="zh-CN"/>
        </w:rPr>
      </w:pPr>
      <w:r>
        <w:rPr>
          <w:lang w:eastAsia="zh-CN"/>
        </w:rPr>
        <w:t>请通过以下链接</w:t>
      </w:r>
      <w:r w:rsidR="00A67C4D">
        <w:rPr>
          <w:rFonts w:hint="eastAsia"/>
          <w:lang w:eastAsia="zh-CN"/>
        </w:rPr>
        <w:t>登录</w:t>
      </w:r>
      <w:r w:rsidR="00A67C4D">
        <w:rPr>
          <w:rFonts w:hint="eastAsia"/>
          <w:lang w:eastAsia="zh-CN"/>
        </w:rPr>
        <w:t>WECAN</w:t>
      </w:r>
      <w:r w:rsidR="00A67C4D">
        <w:rPr>
          <w:rFonts w:hint="eastAsia"/>
          <w:lang w:eastAsia="zh-CN"/>
        </w:rPr>
        <w:t>网站</w:t>
      </w:r>
      <w:r>
        <w:rPr>
          <w:rFonts w:hint="eastAsia"/>
          <w:lang w:eastAsia="zh-CN"/>
        </w:rPr>
        <w:t>填</w:t>
      </w:r>
      <w:r>
        <w:rPr>
          <w:lang w:eastAsia="zh-CN"/>
        </w:rPr>
        <w:t>写表格并上传您的设计作品：</w:t>
      </w:r>
      <w:r>
        <w:rPr>
          <w:lang w:eastAsia="zh-CN"/>
        </w:rPr>
        <w:br/>
        <w:t>👉 https://forms.gle/your-google-form-link-here</w:t>
      </w:r>
    </w:p>
    <w:p w14:paraId="160AA5B9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❤️ </w:t>
      </w:r>
      <w:r>
        <w:rPr>
          <w:lang w:eastAsia="zh-CN"/>
        </w:rPr>
        <w:t>让我们共同重建，共绘未来</w:t>
      </w:r>
    </w:p>
    <w:p w14:paraId="31846E65" w14:textId="77777777" w:rsidR="00256A41" w:rsidRDefault="00000000">
      <w:pPr>
        <w:rPr>
          <w:lang w:eastAsia="zh-CN"/>
        </w:rPr>
      </w:pPr>
      <w:r>
        <w:rPr>
          <w:lang w:eastAsia="zh-CN"/>
        </w:rPr>
        <w:t xml:space="preserve">WECAN </w:t>
      </w:r>
      <w:r>
        <w:rPr>
          <w:lang w:eastAsia="zh-CN"/>
        </w:rPr>
        <w:t>始终以</w:t>
      </w:r>
      <w:r>
        <w:rPr>
          <w:lang w:eastAsia="zh-CN"/>
        </w:rPr>
        <w:t>“</w:t>
      </w:r>
      <w:r>
        <w:rPr>
          <w:lang w:eastAsia="zh-CN"/>
        </w:rPr>
        <w:t>人</w:t>
      </w:r>
      <w:r>
        <w:rPr>
          <w:lang w:eastAsia="zh-CN"/>
        </w:rPr>
        <w:t>”</w:t>
      </w:r>
      <w:r>
        <w:rPr>
          <w:lang w:eastAsia="zh-CN"/>
        </w:rPr>
        <w:t>为核心</w:t>
      </w:r>
      <w:r>
        <w:rPr>
          <w:lang w:eastAsia="zh-CN"/>
        </w:rPr>
        <w:t xml:space="preserve"> —— </w:t>
      </w:r>
      <w:r>
        <w:rPr>
          <w:lang w:eastAsia="zh-CN"/>
        </w:rPr>
        <w:t>我们共同的故事、庆祝与支持。在未来的十年里，我们希望继续携手前行。让创意发光，共创</w:t>
      </w:r>
      <w:r>
        <w:rPr>
          <w:lang w:eastAsia="zh-CN"/>
        </w:rPr>
        <w:t xml:space="preserve"> WECAN </w:t>
      </w:r>
      <w:r>
        <w:rPr>
          <w:lang w:eastAsia="zh-CN"/>
        </w:rPr>
        <w:t>的新篇章！</w:t>
      </w:r>
    </w:p>
    <w:p w14:paraId="408BD768" w14:textId="77777777" w:rsidR="00256A41" w:rsidRDefault="00000000">
      <w:proofErr w:type="spellStart"/>
      <w:r>
        <w:t>联系方式</w:t>
      </w:r>
      <w:proofErr w:type="spellEnd"/>
    </w:p>
    <w:p w14:paraId="0BBEF657" w14:textId="5BB2D4A4" w:rsidR="00211443" w:rsidRDefault="00000000">
      <w:r>
        <w:t xml:space="preserve">WECAN </w:t>
      </w:r>
      <w:r>
        <w:t>团队</w:t>
      </w:r>
      <w:r>
        <w:br/>
        <w:t>📧 wecanwellesley@gmail.com</w:t>
      </w:r>
      <w:r>
        <w:br/>
        <w:t>🌐 https://wecanma.org</w:t>
      </w:r>
      <w:r>
        <w:br/>
        <w:t>#WECAN2026 #WellesleyCommunity #LogoDesignChallenge</w:t>
      </w:r>
    </w:p>
    <w:p w14:paraId="043B63D9" w14:textId="75722D48" w:rsidR="00211443" w:rsidRDefault="00211443">
      <w:r w:rsidRPr="00554778">
        <w:rPr>
          <w:noProof/>
        </w:rPr>
        <w:drawing>
          <wp:inline distT="0" distB="0" distL="0" distR="0" wp14:anchorId="38401EDD" wp14:editId="0EECD9EE">
            <wp:extent cx="5105400" cy="1600200"/>
            <wp:effectExtent l="0" t="0" r="0" b="0"/>
            <wp:docPr id="1217578217" name="Picture 1" descr="A close-up of a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78217" name="Picture 1" descr="A close-up of a car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4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317045">
    <w:abstractNumId w:val="8"/>
  </w:num>
  <w:num w:numId="2" w16cid:durableId="1034308609">
    <w:abstractNumId w:val="6"/>
  </w:num>
  <w:num w:numId="3" w16cid:durableId="1160930255">
    <w:abstractNumId w:val="5"/>
  </w:num>
  <w:num w:numId="4" w16cid:durableId="1199052899">
    <w:abstractNumId w:val="4"/>
  </w:num>
  <w:num w:numId="5" w16cid:durableId="1924214692">
    <w:abstractNumId w:val="7"/>
  </w:num>
  <w:num w:numId="6" w16cid:durableId="1184129557">
    <w:abstractNumId w:val="3"/>
  </w:num>
  <w:num w:numId="7" w16cid:durableId="1005092631">
    <w:abstractNumId w:val="2"/>
  </w:num>
  <w:num w:numId="8" w16cid:durableId="1381710672">
    <w:abstractNumId w:val="1"/>
  </w:num>
  <w:num w:numId="9" w16cid:durableId="100290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1443"/>
    <w:rsid w:val="00256A41"/>
    <w:rsid w:val="0029639D"/>
    <w:rsid w:val="00326F90"/>
    <w:rsid w:val="00A67C4D"/>
    <w:rsid w:val="00AA1D8D"/>
    <w:rsid w:val="00B47730"/>
    <w:rsid w:val="00CB0664"/>
    <w:rsid w:val="00DE2C21"/>
    <w:rsid w:val="00DF6694"/>
    <w:rsid w:val="00E145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10F9D"/>
  <w14:defaultImageDpi w14:val="300"/>
  <w15:docId w15:val="{02791C99-3230-694F-A5CA-5393DD89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 H</cp:lastModifiedBy>
  <cp:revision>4</cp:revision>
  <dcterms:created xsi:type="dcterms:W3CDTF">2013-12-23T23:15:00Z</dcterms:created>
  <dcterms:modified xsi:type="dcterms:W3CDTF">2025-12-25T15:33:00Z</dcterms:modified>
  <cp:category/>
</cp:coreProperties>
</file>